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BB7D1" w14:textId="77777777" w:rsidR="000F6FB2" w:rsidRDefault="000F6FB2">
      <w:pPr>
        <w:jc w:val="center"/>
        <w:rPr>
          <w:b/>
          <w:color w:val="0D2F60"/>
          <w:sz w:val="24"/>
        </w:rPr>
      </w:pPr>
      <w:r>
        <w:rPr>
          <w:b/>
          <w:color w:val="0D2F60"/>
          <w:sz w:val="24"/>
        </w:rPr>
        <w:t xml:space="preserve">T.C. </w:t>
      </w:r>
    </w:p>
    <w:p w14:paraId="5D379528" w14:textId="77777777" w:rsidR="00D677FA" w:rsidRDefault="00F94940">
      <w:pPr>
        <w:jc w:val="center"/>
      </w:pPr>
      <w:r>
        <w:rPr>
          <w:b/>
          <w:color w:val="0D2F60"/>
          <w:sz w:val="24"/>
        </w:rPr>
        <w:t>EGE ÜNİVERSİTESİ</w:t>
      </w:r>
      <w:r>
        <w:rPr>
          <w:b/>
          <w:color w:val="0D2F60"/>
          <w:sz w:val="24"/>
        </w:rPr>
        <w:br/>
        <w:t>SAĞLIK BİLİMLERİ ENSTİTÜSÜ</w:t>
      </w:r>
    </w:p>
    <w:p w14:paraId="3861FD44" w14:textId="77777777" w:rsidR="00D677FA" w:rsidRDefault="00F94940" w:rsidP="00F64E70">
      <w:pPr>
        <w:spacing w:after="0"/>
        <w:jc w:val="center"/>
        <w:rPr>
          <w:b/>
          <w:color w:val="0D2F60"/>
          <w:szCs w:val="20"/>
        </w:rPr>
      </w:pPr>
      <w:r w:rsidRPr="002B5FE1">
        <w:rPr>
          <w:b/>
          <w:color w:val="0D2F60"/>
          <w:szCs w:val="20"/>
        </w:rPr>
        <w:t>TEZ ÇALIŞMASI GÜNCEL DURUM VE UYGUNLUK BİLDİRİM FORMU</w:t>
      </w:r>
    </w:p>
    <w:p w14:paraId="223DFC76" w14:textId="4D61A222" w:rsidR="002B5FE1" w:rsidRPr="005351AA" w:rsidRDefault="002B5FE1" w:rsidP="002B5FE1">
      <w:pPr>
        <w:spacing w:after="0"/>
        <w:jc w:val="center"/>
        <w:rPr>
          <w:b/>
          <w:color w:val="0D2F60"/>
          <w:sz w:val="18"/>
          <w:szCs w:val="18"/>
        </w:rPr>
      </w:pPr>
      <w:proofErr w:type="gramStart"/>
      <w:r w:rsidRPr="005351AA">
        <w:rPr>
          <w:sz w:val="22"/>
        </w:rPr>
        <w:t>(</w:t>
      </w:r>
      <w:r w:rsidR="005351AA">
        <w:rPr>
          <w:sz w:val="22"/>
        </w:rPr>
        <w:t xml:space="preserve"> </w:t>
      </w:r>
      <w:r w:rsidRPr="005351AA">
        <w:rPr>
          <w:b/>
          <w:color w:val="0D2F60"/>
          <w:sz w:val="18"/>
          <w:szCs w:val="18"/>
        </w:rPr>
        <w:t>Eski</w:t>
      </w:r>
      <w:proofErr w:type="gramEnd"/>
      <w:r w:rsidRPr="005351AA">
        <w:rPr>
          <w:b/>
          <w:color w:val="0D2F60"/>
          <w:sz w:val="18"/>
          <w:szCs w:val="18"/>
        </w:rPr>
        <w:t xml:space="preserve"> Tez </w:t>
      </w:r>
      <w:proofErr w:type="spellStart"/>
      <w:r w:rsidRPr="005351AA">
        <w:rPr>
          <w:b/>
          <w:color w:val="0D2F60"/>
          <w:sz w:val="18"/>
          <w:szCs w:val="18"/>
        </w:rPr>
        <w:t>Başlığı</w:t>
      </w:r>
      <w:proofErr w:type="spellEnd"/>
      <w:r w:rsidRPr="005351AA">
        <w:rPr>
          <w:b/>
          <w:color w:val="0D2F60"/>
          <w:sz w:val="18"/>
          <w:szCs w:val="18"/>
        </w:rPr>
        <w:t xml:space="preserve"> </w:t>
      </w:r>
      <w:proofErr w:type="spellStart"/>
      <w:r w:rsidR="003A4594" w:rsidRPr="005351AA">
        <w:rPr>
          <w:b/>
          <w:color w:val="0D2F60"/>
          <w:sz w:val="18"/>
          <w:szCs w:val="18"/>
        </w:rPr>
        <w:t>i</w:t>
      </w:r>
      <w:r w:rsidRPr="005351AA">
        <w:rPr>
          <w:b/>
          <w:color w:val="0D2F60"/>
          <w:sz w:val="18"/>
          <w:szCs w:val="18"/>
        </w:rPr>
        <w:t>le</w:t>
      </w:r>
      <w:proofErr w:type="spellEnd"/>
      <w:r w:rsidRPr="005351AA">
        <w:rPr>
          <w:b/>
          <w:color w:val="0D2F60"/>
          <w:sz w:val="18"/>
          <w:szCs w:val="18"/>
        </w:rPr>
        <w:t xml:space="preserve"> Tez </w:t>
      </w:r>
      <w:proofErr w:type="spellStart"/>
      <w:r w:rsidRPr="005351AA">
        <w:rPr>
          <w:b/>
          <w:color w:val="0D2F60"/>
          <w:sz w:val="18"/>
          <w:szCs w:val="18"/>
        </w:rPr>
        <w:t>Aşamas</w:t>
      </w:r>
      <w:r w:rsidR="003A4594" w:rsidRPr="005351AA">
        <w:rPr>
          <w:b/>
          <w:color w:val="0D2F60"/>
          <w:sz w:val="18"/>
          <w:szCs w:val="18"/>
        </w:rPr>
        <w:t>ı</w:t>
      </w:r>
      <w:r w:rsidRPr="005351AA">
        <w:rPr>
          <w:b/>
          <w:color w:val="0D2F60"/>
          <w:sz w:val="18"/>
          <w:szCs w:val="18"/>
        </w:rPr>
        <w:t>nda</w:t>
      </w:r>
      <w:proofErr w:type="spellEnd"/>
      <w:r w:rsidRPr="005351AA">
        <w:rPr>
          <w:b/>
          <w:color w:val="0D2F60"/>
          <w:sz w:val="18"/>
          <w:szCs w:val="18"/>
        </w:rPr>
        <w:t xml:space="preserve"> </w:t>
      </w:r>
      <w:proofErr w:type="spellStart"/>
      <w:r w:rsidRPr="005351AA">
        <w:rPr>
          <w:b/>
          <w:color w:val="0D2F60"/>
          <w:sz w:val="18"/>
          <w:szCs w:val="18"/>
        </w:rPr>
        <w:t>Afla</w:t>
      </w:r>
      <w:proofErr w:type="spellEnd"/>
      <w:r w:rsidRPr="005351AA">
        <w:rPr>
          <w:b/>
          <w:color w:val="0D2F60"/>
          <w:sz w:val="18"/>
          <w:szCs w:val="18"/>
        </w:rPr>
        <w:t xml:space="preserve"> </w:t>
      </w:r>
      <w:proofErr w:type="spellStart"/>
      <w:r w:rsidRPr="005351AA">
        <w:rPr>
          <w:b/>
          <w:color w:val="0D2F60"/>
          <w:sz w:val="18"/>
          <w:szCs w:val="18"/>
        </w:rPr>
        <w:t>Gelen</w:t>
      </w:r>
      <w:proofErr w:type="spellEnd"/>
      <w:r w:rsidRPr="005351AA">
        <w:rPr>
          <w:b/>
          <w:color w:val="0D2F60"/>
          <w:sz w:val="18"/>
          <w:szCs w:val="18"/>
        </w:rPr>
        <w:t xml:space="preserve"> </w:t>
      </w:r>
      <w:proofErr w:type="spellStart"/>
      <w:r w:rsidRPr="005351AA">
        <w:rPr>
          <w:b/>
          <w:color w:val="0D2F60"/>
          <w:sz w:val="18"/>
          <w:szCs w:val="18"/>
        </w:rPr>
        <w:t>Öğrenciler</w:t>
      </w:r>
      <w:proofErr w:type="spellEnd"/>
      <w:r w:rsidRPr="005351AA">
        <w:rPr>
          <w:b/>
          <w:color w:val="0D2F60"/>
          <w:sz w:val="18"/>
          <w:szCs w:val="18"/>
        </w:rPr>
        <w:t xml:space="preserve"> </w:t>
      </w:r>
      <w:proofErr w:type="spellStart"/>
      <w:r w:rsidRPr="005351AA">
        <w:rPr>
          <w:b/>
          <w:color w:val="0D2F60"/>
          <w:sz w:val="18"/>
          <w:szCs w:val="18"/>
        </w:rPr>
        <w:t>İçin</w:t>
      </w:r>
      <w:proofErr w:type="spellEnd"/>
      <w:r w:rsidR="005351AA">
        <w:rPr>
          <w:b/>
          <w:color w:val="0D2F60"/>
          <w:sz w:val="18"/>
          <w:szCs w:val="18"/>
        </w:rPr>
        <w:t xml:space="preserve"> </w:t>
      </w:r>
      <w:r w:rsidRPr="005351AA">
        <w:rPr>
          <w:b/>
          <w:color w:val="0D2F60"/>
          <w:sz w:val="18"/>
          <w:szCs w:val="18"/>
        </w:rPr>
        <w:t>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08"/>
        <w:gridCol w:w="6882"/>
      </w:tblGrid>
      <w:tr w:rsidR="00D677FA" w:rsidRPr="00DC5270" w14:paraId="2FB1DD72" w14:textId="77777777" w:rsidTr="00AA5510">
        <w:tc>
          <w:tcPr>
            <w:tcW w:w="3908" w:type="dxa"/>
            <w:vAlign w:val="center"/>
          </w:tcPr>
          <w:p w14:paraId="3F0AFDC7" w14:textId="77777777" w:rsidR="00D677FA" w:rsidRPr="00DC5270" w:rsidRDefault="00F9494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C5270">
              <w:rPr>
                <w:b/>
                <w:bCs/>
                <w:sz w:val="18"/>
                <w:szCs w:val="18"/>
              </w:rPr>
              <w:t>Öğrencinin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adı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soyadı</w:t>
            </w:r>
            <w:proofErr w:type="spellEnd"/>
          </w:p>
        </w:tc>
        <w:tc>
          <w:tcPr>
            <w:tcW w:w="6882" w:type="dxa"/>
            <w:vAlign w:val="center"/>
          </w:tcPr>
          <w:p w14:paraId="23B69D00" w14:textId="77777777" w:rsidR="00D677FA" w:rsidRPr="00DC5270" w:rsidRDefault="00D677FA">
            <w:pPr>
              <w:rPr>
                <w:sz w:val="18"/>
                <w:szCs w:val="18"/>
              </w:rPr>
            </w:pPr>
          </w:p>
        </w:tc>
      </w:tr>
      <w:tr w:rsidR="00D677FA" w:rsidRPr="00DC5270" w14:paraId="5B9D1333" w14:textId="77777777" w:rsidTr="00AA5510">
        <w:tc>
          <w:tcPr>
            <w:tcW w:w="3908" w:type="dxa"/>
            <w:vAlign w:val="center"/>
          </w:tcPr>
          <w:p w14:paraId="55892D16" w14:textId="77777777" w:rsidR="005E3AE5" w:rsidRPr="00DC5270" w:rsidRDefault="00F9494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C5270">
              <w:rPr>
                <w:b/>
                <w:bCs/>
                <w:sz w:val="18"/>
                <w:szCs w:val="18"/>
              </w:rPr>
              <w:t>Öğrenci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numarası</w:t>
            </w:r>
            <w:proofErr w:type="spellEnd"/>
          </w:p>
        </w:tc>
        <w:tc>
          <w:tcPr>
            <w:tcW w:w="6882" w:type="dxa"/>
            <w:vAlign w:val="center"/>
          </w:tcPr>
          <w:p w14:paraId="0A939A8F" w14:textId="77777777" w:rsidR="00D677FA" w:rsidRPr="00DC5270" w:rsidRDefault="00D677FA">
            <w:pPr>
              <w:rPr>
                <w:sz w:val="18"/>
                <w:szCs w:val="18"/>
              </w:rPr>
            </w:pPr>
          </w:p>
        </w:tc>
      </w:tr>
      <w:tr w:rsidR="00D677FA" w:rsidRPr="00DC5270" w14:paraId="6C5DD41E" w14:textId="77777777" w:rsidTr="00AA5510">
        <w:tc>
          <w:tcPr>
            <w:tcW w:w="3908" w:type="dxa"/>
            <w:vAlign w:val="center"/>
          </w:tcPr>
          <w:p w14:paraId="33F66EA9" w14:textId="77777777" w:rsidR="00D677FA" w:rsidRPr="00DC5270" w:rsidRDefault="00F9494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C5270">
              <w:rPr>
                <w:b/>
                <w:bCs/>
                <w:sz w:val="18"/>
                <w:szCs w:val="18"/>
              </w:rPr>
              <w:t>Anabilim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dalı</w:t>
            </w:r>
            <w:proofErr w:type="spellEnd"/>
          </w:p>
        </w:tc>
        <w:tc>
          <w:tcPr>
            <w:tcW w:w="6882" w:type="dxa"/>
            <w:vAlign w:val="center"/>
          </w:tcPr>
          <w:p w14:paraId="100008CA" w14:textId="77777777" w:rsidR="00D677FA" w:rsidRPr="00DC5270" w:rsidRDefault="00D677FA">
            <w:pPr>
              <w:rPr>
                <w:sz w:val="18"/>
                <w:szCs w:val="18"/>
              </w:rPr>
            </w:pPr>
          </w:p>
        </w:tc>
      </w:tr>
      <w:tr w:rsidR="0004029B" w:rsidRPr="00DC5270" w14:paraId="40553D6D" w14:textId="77777777" w:rsidTr="00AA5510">
        <w:tc>
          <w:tcPr>
            <w:tcW w:w="3908" w:type="dxa"/>
            <w:vAlign w:val="center"/>
          </w:tcPr>
          <w:p w14:paraId="669F7F94" w14:textId="77777777" w:rsidR="0004029B" w:rsidRPr="00DC5270" w:rsidRDefault="007E0A82">
            <w:pPr>
              <w:rPr>
                <w:b/>
                <w:bCs/>
                <w:sz w:val="18"/>
                <w:szCs w:val="18"/>
              </w:rPr>
            </w:pPr>
            <w:r w:rsidRPr="00DC5270">
              <w:rPr>
                <w:b/>
                <w:bCs/>
                <w:sz w:val="18"/>
                <w:szCs w:val="18"/>
              </w:rPr>
              <w:t xml:space="preserve">Program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türü</w:t>
            </w:r>
            <w:proofErr w:type="spellEnd"/>
          </w:p>
        </w:tc>
        <w:tc>
          <w:tcPr>
            <w:tcW w:w="6882" w:type="dxa"/>
            <w:vAlign w:val="center"/>
          </w:tcPr>
          <w:p w14:paraId="0FEE3433" w14:textId="77777777" w:rsidR="0004029B" w:rsidRPr="00DC5270" w:rsidRDefault="007E0A82" w:rsidP="00D459E9">
            <w:pPr>
              <w:rPr>
                <w:sz w:val="18"/>
                <w:szCs w:val="18"/>
              </w:rPr>
            </w:pP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 </w:t>
            </w:r>
            <w:r w:rsidRPr="00DC5270">
              <w:rPr>
                <w:sz w:val="18"/>
                <w:szCs w:val="18"/>
              </w:rPr>
              <w:t xml:space="preserve">  </w:t>
            </w:r>
            <w:proofErr w:type="spellStart"/>
            <w:r w:rsidRPr="00DC5270">
              <w:rPr>
                <w:sz w:val="18"/>
                <w:szCs w:val="18"/>
              </w:rPr>
              <w:t>Tezli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yüksek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lisans</w:t>
            </w:r>
            <w:proofErr w:type="spellEnd"/>
            <w:r w:rsidRPr="00DC5270">
              <w:rPr>
                <w:sz w:val="18"/>
                <w:szCs w:val="18"/>
              </w:rPr>
              <w:t xml:space="preserve">  </w:t>
            </w:r>
            <w:r w:rsidR="00D459E9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                          </w:t>
            </w:r>
            <w:proofErr w:type="spellStart"/>
            <w:r w:rsidRPr="00DC5270">
              <w:rPr>
                <w:sz w:val="18"/>
                <w:szCs w:val="18"/>
              </w:rPr>
              <w:t>Doktora</w:t>
            </w:r>
            <w:proofErr w:type="spellEnd"/>
            <w:r w:rsidR="00D459E9">
              <w:rPr>
                <w:sz w:val="18"/>
                <w:szCs w:val="18"/>
              </w:rPr>
              <w:t xml:space="preserve">  </w:t>
            </w:r>
            <w:r w:rsidR="00D459E9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D459E9" w:rsidRPr="00DC5270">
              <w:rPr>
                <w:sz w:val="18"/>
                <w:szCs w:val="18"/>
              </w:rPr>
              <w:t xml:space="preserve">  </w:t>
            </w:r>
          </w:p>
        </w:tc>
      </w:tr>
      <w:tr w:rsidR="00D677FA" w:rsidRPr="00DC5270" w14:paraId="6E352378" w14:textId="77777777" w:rsidTr="00AA5510">
        <w:tc>
          <w:tcPr>
            <w:tcW w:w="3908" w:type="dxa"/>
            <w:vAlign w:val="center"/>
          </w:tcPr>
          <w:p w14:paraId="21226195" w14:textId="77777777" w:rsidR="00D677FA" w:rsidRPr="00DC5270" w:rsidRDefault="0004029B">
            <w:pPr>
              <w:rPr>
                <w:b/>
                <w:bCs/>
                <w:sz w:val="18"/>
                <w:szCs w:val="18"/>
              </w:rPr>
            </w:pPr>
            <w:r w:rsidRPr="00DC5270">
              <w:rPr>
                <w:b/>
                <w:bCs/>
                <w:sz w:val="18"/>
                <w:szCs w:val="18"/>
              </w:rPr>
              <w:t>T</w:t>
            </w:r>
            <w:r w:rsidR="00F94940" w:rsidRPr="00DC5270">
              <w:rPr>
                <w:b/>
                <w:bCs/>
                <w:sz w:val="18"/>
                <w:szCs w:val="18"/>
              </w:rPr>
              <w:t xml:space="preserve">ez </w:t>
            </w:r>
            <w:proofErr w:type="spellStart"/>
            <w:r w:rsidR="00F94940" w:rsidRPr="00DC5270">
              <w:rPr>
                <w:b/>
                <w:bCs/>
                <w:sz w:val="18"/>
                <w:szCs w:val="18"/>
              </w:rPr>
              <w:t>danışmanı</w:t>
            </w:r>
            <w:proofErr w:type="spellEnd"/>
          </w:p>
        </w:tc>
        <w:tc>
          <w:tcPr>
            <w:tcW w:w="6882" w:type="dxa"/>
            <w:vAlign w:val="center"/>
          </w:tcPr>
          <w:p w14:paraId="3F064295" w14:textId="77777777" w:rsidR="00D677FA" w:rsidRPr="00DC5270" w:rsidRDefault="00D677FA">
            <w:pPr>
              <w:rPr>
                <w:sz w:val="18"/>
                <w:szCs w:val="18"/>
              </w:rPr>
            </w:pPr>
          </w:p>
        </w:tc>
      </w:tr>
      <w:tr w:rsidR="00AA5510" w:rsidRPr="00DC5270" w14:paraId="4FFBB705" w14:textId="77777777" w:rsidTr="00AF7DA1"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AE87" w14:textId="77777777" w:rsidR="00AA5510" w:rsidRPr="00DC5270" w:rsidRDefault="00AA5510" w:rsidP="00AA5510">
            <w:pPr>
              <w:rPr>
                <w:b/>
                <w:bCs/>
                <w:sz w:val="18"/>
                <w:szCs w:val="18"/>
                <w:lang w:val="da-DK"/>
              </w:rPr>
            </w:pPr>
            <w:r w:rsidRPr="00DC5270">
              <w:rPr>
                <w:b/>
                <w:bCs/>
                <w:sz w:val="18"/>
                <w:szCs w:val="18"/>
                <w:lang w:val="da-DK"/>
              </w:rPr>
              <w:t>Doktora TİK tarihleri / kararları (varsa)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354D" w14:textId="77777777" w:rsidR="00AA5510" w:rsidRPr="00DC5270" w:rsidRDefault="00AA5510" w:rsidP="00AA5510">
            <w:pPr>
              <w:rPr>
                <w:sz w:val="18"/>
                <w:szCs w:val="18"/>
              </w:rPr>
            </w:pPr>
            <w:r w:rsidRPr="00DC5270">
              <w:rPr>
                <w:sz w:val="18"/>
                <w:szCs w:val="18"/>
              </w:rPr>
              <w:t xml:space="preserve">1: ........   2: ........   3: ........   </w:t>
            </w:r>
            <w:proofErr w:type="spellStart"/>
            <w:r w:rsidRPr="00DC5270">
              <w:rPr>
                <w:sz w:val="18"/>
                <w:szCs w:val="18"/>
              </w:rPr>
              <w:t>Diğer</w:t>
            </w:r>
            <w:proofErr w:type="spellEnd"/>
            <w:r w:rsidRPr="00DC5270">
              <w:rPr>
                <w:sz w:val="18"/>
                <w:szCs w:val="18"/>
              </w:rPr>
              <w:t>: ........</w:t>
            </w:r>
          </w:p>
        </w:tc>
      </w:tr>
      <w:tr w:rsidR="00AA5510" w:rsidRPr="00942C5D" w14:paraId="1446E8B8" w14:textId="77777777" w:rsidTr="00AF7DA1"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11F6" w14:textId="77777777" w:rsidR="00AA5510" w:rsidRPr="00DC5270" w:rsidRDefault="00AA5510" w:rsidP="00AA551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C5270">
              <w:rPr>
                <w:b/>
                <w:bCs/>
                <w:sz w:val="18"/>
                <w:szCs w:val="18"/>
              </w:rPr>
              <w:t>Doktora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için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tamamlanan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başarılı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TİK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75C" w14:textId="77777777" w:rsidR="00AA5510" w:rsidRPr="00DC5270" w:rsidRDefault="00AA5510" w:rsidP="00AA5510">
            <w:pPr>
              <w:rPr>
                <w:sz w:val="18"/>
                <w:szCs w:val="18"/>
                <w:lang w:val="da-DK"/>
              </w:rPr>
            </w:pPr>
            <w:r w:rsidRPr="00DC5270">
              <w:rPr>
                <w:sz w:val="18"/>
                <w:szCs w:val="18"/>
                <w:lang w:val="da-DK"/>
              </w:rPr>
              <w:t>........ adet  (hedef: en az 3 başarılı TİK)</w:t>
            </w:r>
          </w:p>
        </w:tc>
      </w:tr>
      <w:tr w:rsidR="00D677FA" w:rsidRPr="00942C5D" w14:paraId="36DE0BFB" w14:textId="77777777" w:rsidTr="00AA5510">
        <w:tc>
          <w:tcPr>
            <w:tcW w:w="3908" w:type="dxa"/>
            <w:vAlign w:val="center"/>
          </w:tcPr>
          <w:p w14:paraId="7F5A9B94" w14:textId="77777777" w:rsidR="00D677FA" w:rsidRPr="00DC5270" w:rsidRDefault="005C62B1">
            <w:pPr>
              <w:rPr>
                <w:b/>
                <w:bCs/>
                <w:sz w:val="18"/>
                <w:szCs w:val="18"/>
                <w:lang w:val="da-DK"/>
              </w:rPr>
            </w:pPr>
            <w:r w:rsidRPr="00DC5270">
              <w:rPr>
                <w:b/>
                <w:bCs/>
                <w:sz w:val="18"/>
                <w:szCs w:val="18"/>
                <w:lang w:val="da-DK"/>
              </w:rPr>
              <w:t xml:space="preserve">Onaylı </w:t>
            </w:r>
            <w:r w:rsidR="00F94940" w:rsidRPr="00DC5270">
              <w:rPr>
                <w:b/>
                <w:bCs/>
                <w:sz w:val="18"/>
                <w:szCs w:val="18"/>
                <w:lang w:val="da-DK"/>
              </w:rPr>
              <w:t>Tez başlığı</w:t>
            </w:r>
            <w:r w:rsidRPr="00DC5270">
              <w:rPr>
                <w:b/>
                <w:bCs/>
                <w:sz w:val="18"/>
                <w:szCs w:val="18"/>
                <w:lang w:val="da-DK"/>
              </w:rPr>
              <w:t xml:space="preserve"> (Türkçe ve İngilizce)</w:t>
            </w:r>
          </w:p>
        </w:tc>
        <w:tc>
          <w:tcPr>
            <w:tcW w:w="6882" w:type="dxa"/>
            <w:vAlign w:val="center"/>
          </w:tcPr>
          <w:p w14:paraId="520F7A92" w14:textId="77777777" w:rsidR="00D677FA" w:rsidRPr="00DC5270" w:rsidRDefault="00D677FA">
            <w:pPr>
              <w:rPr>
                <w:sz w:val="18"/>
                <w:szCs w:val="18"/>
                <w:lang w:val="da-DK"/>
              </w:rPr>
            </w:pPr>
          </w:p>
        </w:tc>
      </w:tr>
      <w:tr w:rsidR="00D677FA" w:rsidRPr="00DC5270" w14:paraId="647281A2" w14:textId="77777777" w:rsidTr="00AA5510">
        <w:tc>
          <w:tcPr>
            <w:tcW w:w="3908" w:type="dxa"/>
            <w:vAlign w:val="center"/>
          </w:tcPr>
          <w:p w14:paraId="7F7E66F5" w14:textId="77777777" w:rsidR="00D677FA" w:rsidRPr="00DC5270" w:rsidRDefault="00F9494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C5270">
              <w:rPr>
                <w:b/>
                <w:bCs/>
                <w:sz w:val="18"/>
                <w:szCs w:val="18"/>
              </w:rPr>
              <w:t>Önceki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tez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onay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5C62B1" w:rsidRPr="00DC5270">
              <w:rPr>
                <w:b/>
                <w:bCs/>
                <w:sz w:val="18"/>
                <w:szCs w:val="18"/>
              </w:rPr>
              <w:t>tarihi</w:t>
            </w:r>
            <w:proofErr w:type="spellEnd"/>
          </w:p>
        </w:tc>
        <w:tc>
          <w:tcPr>
            <w:tcW w:w="6882" w:type="dxa"/>
            <w:vAlign w:val="center"/>
          </w:tcPr>
          <w:p w14:paraId="2F40CFD9" w14:textId="77777777" w:rsidR="00D677FA" w:rsidRPr="00DC5270" w:rsidRDefault="00D677FA">
            <w:pPr>
              <w:rPr>
                <w:sz w:val="18"/>
                <w:szCs w:val="18"/>
              </w:rPr>
            </w:pPr>
          </w:p>
        </w:tc>
      </w:tr>
      <w:tr w:rsidR="00D709E5" w:rsidRPr="00DC5270" w14:paraId="2D316892" w14:textId="77777777" w:rsidTr="00AA5510">
        <w:tc>
          <w:tcPr>
            <w:tcW w:w="3908" w:type="dxa"/>
            <w:vAlign w:val="center"/>
          </w:tcPr>
          <w:p w14:paraId="17E420D6" w14:textId="77777777" w:rsidR="00D709E5" w:rsidRPr="00DC5270" w:rsidRDefault="00D709E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C5270">
              <w:rPr>
                <w:b/>
                <w:bCs/>
                <w:sz w:val="18"/>
                <w:szCs w:val="18"/>
              </w:rPr>
              <w:t>Öngörülen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tez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teslim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tarihi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tahmini</w:t>
            </w:r>
            <w:proofErr w:type="spellEnd"/>
            <w:r w:rsidRPr="00DC5270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882" w:type="dxa"/>
            <w:vAlign w:val="center"/>
          </w:tcPr>
          <w:p w14:paraId="25CC6452" w14:textId="77777777" w:rsidR="00D709E5" w:rsidRPr="00DC5270" w:rsidRDefault="00D709E5">
            <w:pPr>
              <w:rPr>
                <w:sz w:val="18"/>
                <w:szCs w:val="18"/>
              </w:rPr>
            </w:pPr>
          </w:p>
        </w:tc>
      </w:tr>
    </w:tbl>
    <w:p w14:paraId="5B856727" w14:textId="77777777" w:rsidR="0004029B" w:rsidRPr="00DC5270" w:rsidRDefault="0004029B" w:rsidP="00F94940">
      <w:pPr>
        <w:pStyle w:val="Balk2"/>
        <w:spacing w:before="0"/>
        <w:rPr>
          <w:sz w:val="18"/>
          <w:szCs w:val="18"/>
        </w:rPr>
      </w:pPr>
    </w:p>
    <w:p w14:paraId="27D33343" w14:textId="77777777" w:rsidR="00D677FA" w:rsidRPr="00DC5270" w:rsidRDefault="00F94940" w:rsidP="00F94940">
      <w:pPr>
        <w:pStyle w:val="Balk2"/>
        <w:spacing w:before="0"/>
        <w:rPr>
          <w:sz w:val="18"/>
          <w:szCs w:val="18"/>
        </w:rPr>
      </w:pPr>
      <w:r w:rsidRPr="00DC5270">
        <w:rPr>
          <w:sz w:val="18"/>
          <w:szCs w:val="18"/>
        </w:rPr>
        <w:t xml:space="preserve">B. </w:t>
      </w:r>
      <w:proofErr w:type="spellStart"/>
      <w:r w:rsidR="005C62B1" w:rsidRPr="00DC5270">
        <w:rPr>
          <w:sz w:val="18"/>
          <w:szCs w:val="18"/>
        </w:rPr>
        <w:t>Tezin</w:t>
      </w:r>
      <w:proofErr w:type="spellEnd"/>
      <w:r w:rsidR="005C62B1" w:rsidRPr="00DC5270">
        <w:rPr>
          <w:sz w:val="18"/>
          <w:szCs w:val="18"/>
        </w:rPr>
        <w:t xml:space="preserve"> </w:t>
      </w:r>
      <w:proofErr w:type="spellStart"/>
      <w:r w:rsidR="005C62B1" w:rsidRPr="00DC5270">
        <w:rPr>
          <w:sz w:val="18"/>
          <w:szCs w:val="18"/>
        </w:rPr>
        <w:t>önceki</w:t>
      </w:r>
      <w:proofErr w:type="spellEnd"/>
      <w:r w:rsidR="005C62B1" w:rsidRPr="00DC5270">
        <w:rPr>
          <w:sz w:val="18"/>
          <w:szCs w:val="18"/>
        </w:rPr>
        <w:t xml:space="preserve"> </w:t>
      </w:r>
      <w:proofErr w:type="spellStart"/>
      <w:r w:rsidR="005C62B1" w:rsidRPr="00DC5270">
        <w:rPr>
          <w:sz w:val="18"/>
          <w:szCs w:val="18"/>
        </w:rPr>
        <w:t>ve</w:t>
      </w:r>
      <w:proofErr w:type="spellEnd"/>
      <w:r w:rsidRPr="00DC5270">
        <w:rPr>
          <w:sz w:val="18"/>
          <w:szCs w:val="18"/>
        </w:rPr>
        <w:t xml:space="preserve"> </w:t>
      </w:r>
      <w:proofErr w:type="spellStart"/>
      <w:r w:rsidRPr="00DC5270">
        <w:rPr>
          <w:sz w:val="18"/>
          <w:szCs w:val="18"/>
        </w:rPr>
        <w:t>güncel</w:t>
      </w:r>
      <w:proofErr w:type="spellEnd"/>
      <w:r w:rsidRPr="00DC5270">
        <w:rPr>
          <w:sz w:val="18"/>
          <w:szCs w:val="18"/>
        </w:rPr>
        <w:t xml:space="preserve"> </w:t>
      </w:r>
      <w:proofErr w:type="spellStart"/>
      <w:r w:rsidRPr="00DC5270">
        <w:rPr>
          <w:sz w:val="18"/>
          <w:szCs w:val="18"/>
        </w:rPr>
        <w:t>aşaması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CE29B7" w:rsidRPr="00DC5270" w14:paraId="16471F58" w14:textId="77777777" w:rsidTr="004D50E6">
        <w:tc>
          <w:tcPr>
            <w:tcW w:w="10740" w:type="dxa"/>
            <w:vAlign w:val="center"/>
          </w:tcPr>
          <w:p w14:paraId="6C6260FC" w14:textId="77777777" w:rsidR="00CE29B7" w:rsidRPr="00DC5270" w:rsidRDefault="00CE29B7" w:rsidP="004D1F36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70">
              <w:rPr>
                <w:b/>
                <w:bCs/>
                <w:sz w:val="18"/>
                <w:szCs w:val="18"/>
              </w:rPr>
              <w:t xml:space="preserve">1-Hazırlık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aşaması</w:t>
            </w:r>
            <w:proofErr w:type="spellEnd"/>
          </w:p>
          <w:p w14:paraId="152FA6F9" w14:textId="77777777" w:rsidR="00CE29B7" w:rsidRPr="00DC5270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  <w:r w:rsidRPr="00B5480A">
              <w:rPr>
                <w:b/>
                <w:sz w:val="18"/>
                <w:szCs w:val="18"/>
              </w:rPr>
              <w:t>a)</w:t>
            </w:r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Etik</w:t>
            </w:r>
            <w:proofErr w:type="spellEnd"/>
            <w:r w:rsidRPr="00DC5270">
              <w:rPr>
                <w:sz w:val="18"/>
                <w:szCs w:val="18"/>
              </w:rPr>
              <w:t xml:space="preserve"> Kurul </w:t>
            </w:r>
            <w:proofErr w:type="spellStart"/>
            <w:r w:rsidRPr="00DC5270">
              <w:rPr>
                <w:sz w:val="18"/>
                <w:szCs w:val="18"/>
              </w:rPr>
              <w:t>izni</w:t>
            </w:r>
            <w:proofErr w:type="spellEnd"/>
            <w:r>
              <w:rPr>
                <w:sz w:val="18"/>
                <w:szCs w:val="18"/>
              </w:rPr>
              <w:t xml:space="preserve">:          </w:t>
            </w:r>
            <w:r w:rsidR="004D1F36">
              <w:rPr>
                <w:sz w:val="18"/>
                <w:szCs w:val="18"/>
              </w:rPr>
              <w:t xml:space="preserve">                 </w:t>
            </w:r>
            <w:r w:rsidRPr="00DC5270">
              <w:rPr>
                <w:sz w:val="18"/>
                <w:szCs w:val="18"/>
              </w:rPr>
              <w:t xml:space="preserve">Var 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                                   </w:t>
            </w:r>
            <w:r>
              <w:rPr>
                <w:sz w:val="18"/>
                <w:szCs w:val="18"/>
              </w:rPr>
              <w:t xml:space="preserve">   </w:t>
            </w:r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Başvuru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yapılacak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                  </w:t>
            </w:r>
            <w:r w:rsidR="004D50E6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Gerekmiyor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</w:p>
          <w:p w14:paraId="60256902" w14:textId="77777777" w:rsidR="00CE29B7" w:rsidRPr="00DC5270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</w:t>
            </w:r>
            <w:r w:rsidR="004D1F36">
              <w:rPr>
                <w:sz w:val="18"/>
                <w:szCs w:val="18"/>
              </w:rPr>
              <w:t xml:space="preserve">                    </w:t>
            </w:r>
            <w:proofErr w:type="spellStart"/>
            <w:r w:rsidRPr="00DC5270">
              <w:rPr>
                <w:sz w:val="18"/>
                <w:szCs w:val="18"/>
              </w:rPr>
              <w:t>İzin</w:t>
            </w:r>
            <w:proofErr w:type="spellEnd"/>
            <w:r w:rsidRPr="00DC5270">
              <w:rPr>
                <w:sz w:val="18"/>
                <w:szCs w:val="18"/>
              </w:rPr>
              <w:t xml:space="preserve"> tarihi/</w:t>
            </w:r>
            <w:proofErr w:type="gramStart"/>
            <w:r w:rsidRPr="00DC5270">
              <w:rPr>
                <w:sz w:val="18"/>
                <w:szCs w:val="18"/>
              </w:rPr>
              <w:t>sayı:…</w:t>
            </w:r>
            <w:proofErr w:type="gramEnd"/>
            <w:r w:rsidRPr="00DC5270">
              <w:rPr>
                <w:sz w:val="18"/>
                <w:szCs w:val="18"/>
              </w:rPr>
              <w:t xml:space="preserve">…………..                                                             </w:t>
            </w:r>
            <w:r>
              <w:rPr>
                <w:sz w:val="18"/>
                <w:szCs w:val="18"/>
              </w:rPr>
              <w:t xml:space="preserve"> </w:t>
            </w:r>
            <w:r w:rsidR="004D1F36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</w:t>
            </w:r>
            <w:r w:rsidR="004D1F36">
              <w:rPr>
                <w:sz w:val="18"/>
                <w:szCs w:val="18"/>
              </w:rPr>
              <w:t xml:space="preserve"> </w:t>
            </w:r>
            <w:r w:rsidRPr="00DC5270">
              <w:rPr>
                <w:sz w:val="18"/>
                <w:szCs w:val="18"/>
              </w:rPr>
              <w:t>(</w:t>
            </w:r>
            <w:proofErr w:type="spellStart"/>
            <w:r w:rsidRPr="00DC5270">
              <w:rPr>
                <w:sz w:val="18"/>
                <w:szCs w:val="18"/>
              </w:rPr>
              <w:t>gerekçe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eklenir</w:t>
            </w:r>
            <w:proofErr w:type="spellEnd"/>
            <w:r w:rsidRPr="00DC5270">
              <w:rPr>
                <w:sz w:val="18"/>
                <w:szCs w:val="18"/>
              </w:rPr>
              <w:t>)</w:t>
            </w:r>
          </w:p>
          <w:p w14:paraId="163A67AB" w14:textId="77777777" w:rsidR="00CE29B7" w:rsidRPr="00DC5270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</w:p>
          <w:p w14:paraId="59A7BAD9" w14:textId="77777777" w:rsidR="00CE29B7" w:rsidRPr="00DC5270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  <w:r w:rsidRPr="00B5480A">
              <w:rPr>
                <w:b/>
                <w:sz w:val="18"/>
                <w:szCs w:val="18"/>
              </w:rPr>
              <w:t>b)</w:t>
            </w:r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Kurum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izinleri</w:t>
            </w:r>
            <w:proofErr w:type="spellEnd"/>
            <w:r>
              <w:rPr>
                <w:sz w:val="18"/>
                <w:szCs w:val="18"/>
              </w:rPr>
              <w:t xml:space="preserve">:          </w:t>
            </w:r>
            <w:r w:rsidR="004D1F36">
              <w:rPr>
                <w:sz w:val="18"/>
                <w:szCs w:val="18"/>
              </w:rPr>
              <w:t xml:space="preserve">               </w:t>
            </w:r>
            <w:r w:rsidRPr="00DC5270">
              <w:rPr>
                <w:sz w:val="18"/>
                <w:szCs w:val="18"/>
              </w:rPr>
              <w:t xml:space="preserve">Var 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                                    </w:t>
            </w:r>
            <w:r>
              <w:rPr>
                <w:sz w:val="18"/>
                <w:szCs w:val="18"/>
              </w:rPr>
              <w:t xml:space="preserve">   </w:t>
            </w:r>
            <w:proofErr w:type="spellStart"/>
            <w:r w:rsidRPr="00DC5270">
              <w:rPr>
                <w:sz w:val="18"/>
                <w:szCs w:val="18"/>
              </w:rPr>
              <w:t>Başvuru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yapılacak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                 </w:t>
            </w:r>
            <w:r>
              <w:rPr>
                <w:sz w:val="18"/>
                <w:szCs w:val="18"/>
              </w:rPr>
              <w:t xml:space="preserve">  </w:t>
            </w:r>
            <w:r w:rsidRPr="00DC5270">
              <w:rPr>
                <w:sz w:val="18"/>
                <w:szCs w:val="18"/>
              </w:rPr>
              <w:t xml:space="preserve"> </w:t>
            </w:r>
            <w:r w:rsidR="004D50E6">
              <w:rPr>
                <w:sz w:val="18"/>
                <w:szCs w:val="18"/>
              </w:rPr>
              <w:t xml:space="preserve">    </w:t>
            </w:r>
            <w:proofErr w:type="spellStart"/>
            <w:r w:rsidRPr="00DC5270">
              <w:rPr>
                <w:sz w:val="18"/>
                <w:szCs w:val="18"/>
              </w:rPr>
              <w:t>Gerekmiyor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</w:p>
          <w:p w14:paraId="12B80BB9" w14:textId="77777777" w:rsidR="00CE29B7" w:rsidRPr="00DC5270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</w:t>
            </w:r>
            <w:r w:rsidR="004D50E6">
              <w:rPr>
                <w:sz w:val="18"/>
                <w:szCs w:val="18"/>
              </w:rPr>
              <w:t xml:space="preserve">                   </w:t>
            </w:r>
            <w:proofErr w:type="spellStart"/>
            <w:r w:rsidRPr="00DC5270">
              <w:rPr>
                <w:sz w:val="18"/>
                <w:szCs w:val="18"/>
              </w:rPr>
              <w:t>İzin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tarihi</w:t>
            </w:r>
            <w:proofErr w:type="spellEnd"/>
            <w:r w:rsidRPr="00DC5270">
              <w:rPr>
                <w:sz w:val="18"/>
                <w:szCs w:val="18"/>
              </w:rPr>
              <w:t>/</w:t>
            </w:r>
            <w:proofErr w:type="spellStart"/>
            <w:proofErr w:type="gramStart"/>
            <w:r w:rsidRPr="00DC5270">
              <w:rPr>
                <w:sz w:val="18"/>
                <w:szCs w:val="18"/>
              </w:rPr>
              <w:t>sayı</w:t>
            </w:r>
            <w:proofErr w:type="spellEnd"/>
            <w:r w:rsidRPr="00DC5270">
              <w:rPr>
                <w:sz w:val="18"/>
                <w:szCs w:val="18"/>
              </w:rPr>
              <w:t>:…</w:t>
            </w:r>
            <w:proofErr w:type="gramEnd"/>
            <w:r w:rsidRPr="00DC5270">
              <w:rPr>
                <w:sz w:val="18"/>
                <w:szCs w:val="18"/>
              </w:rPr>
              <w:t>…………..</w:t>
            </w:r>
          </w:p>
          <w:p w14:paraId="39A67978" w14:textId="77777777" w:rsidR="00CE29B7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428ED273" w14:textId="77777777" w:rsidR="00CE29B7" w:rsidRDefault="00CE29B7" w:rsidP="004D1F36">
            <w:pPr>
              <w:spacing w:after="0"/>
              <w:ind w:left="720"/>
              <w:rPr>
                <w:sz w:val="18"/>
                <w:szCs w:val="18"/>
              </w:rPr>
            </w:pPr>
            <w:r w:rsidRPr="00B5480A">
              <w:rPr>
                <w:b/>
                <w:sz w:val="18"/>
                <w:szCs w:val="18"/>
              </w:rPr>
              <w:t>c)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4D50E6">
              <w:rPr>
                <w:sz w:val="18"/>
                <w:szCs w:val="18"/>
              </w:rPr>
              <w:t>Giderler</w:t>
            </w:r>
            <w:proofErr w:type="spellEnd"/>
            <w:r w:rsidR="004D50E6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için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proje</w:t>
            </w:r>
            <w:proofErr w:type="spellEnd"/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önerisi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="004D1F36"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Hazırlanıyor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  </w:t>
            </w:r>
            <w:proofErr w:type="spellStart"/>
            <w:r>
              <w:rPr>
                <w:sz w:val="18"/>
                <w:szCs w:val="18"/>
              </w:rPr>
              <w:t>Gönderildi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      </w:t>
            </w:r>
            <w:proofErr w:type="spellStart"/>
            <w:r>
              <w:rPr>
                <w:sz w:val="18"/>
                <w:szCs w:val="18"/>
              </w:rPr>
              <w:t>Onay</w:t>
            </w:r>
            <w:r w:rsidRPr="00DC5270">
              <w:rPr>
                <w:sz w:val="18"/>
                <w:szCs w:val="18"/>
              </w:rPr>
              <w:t>landı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DC52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</w:t>
            </w:r>
            <w:proofErr w:type="spellStart"/>
            <w:r w:rsidRPr="00DC5270">
              <w:rPr>
                <w:sz w:val="18"/>
                <w:szCs w:val="18"/>
              </w:rPr>
              <w:t>Gerekmiyor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</w:p>
          <w:p w14:paraId="7C2C6828" w14:textId="77777777" w:rsidR="00CE29B7" w:rsidRPr="00DC5270" w:rsidRDefault="00CE29B7" w:rsidP="008200CE">
            <w:pPr>
              <w:pBdr>
                <w:bottom w:val="single" w:sz="4" w:space="1" w:color="auto"/>
              </w:pBd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4EA4B354" w14:textId="77777777" w:rsidR="00CE29B7" w:rsidRPr="00DC5270" w:rsidRDefault="00CE29B7" w:rsidP="008200CE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70">
              <w:rPr>
                <w:b/>
                <w:bCs/>
                <w:sz w:val="18"/>
                <w:szCs w:val="18"/>
              </w:rPr>
              <w:t xml:space="preserve">2-Veri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toplama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: </w:t>
            </w:r>
            <w:r w:rsidRPr="00DC5270">
              <w:rPr>
                <w:sz w:val="18"/>
                <w:szCs w:val="18"/>
              </w:rPr>
              <w:t xml:space="preserve"> </w:t>
            </w:r>
            <w:r w:rsidR="005410BE">
              <w:rPr>
                <w:sz w:val="18"/>
                <w:szCs w:val="18"/>
              </w:rPr>
              <w:t xml:space="preserve">                               </w:t>
            </w:r>
            <w:r w:rsidR="004D1F36">
              <w:rPr>
                <w:sz w:val="18"/>
                <w:szCs w:val="18"/>
              </w:rPr>
              <w:t xml:space="preserve">           </w:t>
            </w:r>
            <w:proofErr w:type="spellStart"/>
            <w:r w:rsidRPr="00DC5270">
              <w:rPr>
                <w:sz w:val="18"/>
                <w:szCs w:val="18"/>
              </w:rPr>
              <w:t>Başlamadı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  <w:r w:rsidRPr="00DC52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               </w:t>
            </w:r>
            <w:r w:rsidR="004D1F36">
              <w:rPr>
                <w:sz w:val="18"/>
                <w:szCs w:val="18"/>
              </w:rPr>
              <w:t xml:space="preserve">     </w:t>
            </w:r>
            <w:proofErr w:type="spellStart"/>
            <w:r w:rsidRPr="00DC5270">
              <w:rPr>
                <w:sz w:val="18"/>
                <w:szCs w:val="18"/>
              </w:rPr>
              <w:t>Yarım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kaldı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</w:t>
            </w:r>
            <w:r w:rsidR="004D1F36">
              <w:rPr>
                <w:rFonts w:ascii="Segoe UI Symbol" w:hAnsi="Segoe UI Symbol" w:cs="Segoe UI Symbol"/>
                <w:sz w:val="18"/>
                <w:szCs w:val="18"/>
              </w:rPr>
              <w:t xml:space="preserve">  </w:t>
            </w:r>
            <w:proofErr w:type="spellStart"/>
            <w:r w:rsidRPr="00DC5270">
              <w:rPr>
                <w:sz w:val="18"/>
                <w:szCs w:val="18"/>
              </w:rPr>
              <w:t>Tamamlandı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F806D77" w14:textId="77777777" w:rsidR="00CE29B7" w:rsidRDefault="00CE29B7" w:rsidP="008200CE">
            <w:pPr>
              <w:spacing w:after="0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</w:t>
            </w:r>
            <w:r w:rsidR="005410BE">
              <w:rPr>
                <w:sz w:val="18"/>
                <w:szCs w:val="18"/>
              </w:rPr>
              <w:t xml:space="preserve">       </w:t>
            </w:r>
            <w:r w:rsidR="004D1F36">
              <w:rPr>
                <w:sz w:val="18"/>
                <w:szCs w:val="18"/>
              </w:rPr>
              <w:t xml:space="preserve">                 </w:t>
            </w:r>
            <w:proofErr w:type="spellStart"/>
            <w:r w:rsidR="005410BE">
              <w:rPr>
                <w:i/>
                <w:iCs/>
                <w:sz w:val="18"/>
                <w:szCs w:val="18"/>
              </w:rPr>
              <w:t>Planlanan</w:t>
            </w:r>
            <w:proofErr w:type="spellEnd"/>
            <w:r w:rsidR="005410B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veri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toplama</w:t>
            </w:r>
            <w:proofErr w:type="spellEnd"/>
          </w:p>
          <w:p w14:paraId="1CF440CE" w14:textId="77777777" w:rsidR="00CE29B7" w:rsidRPr="00CE29B7" w:rsidRDefault="00CE29B7" w:rsidP="008200CE">
            <w:pPr>
              <w:spacing w:after="0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              </w:t>
            </w:r>
            <w:r w:rsidR="005410BE">
              <w:rPr>
                <w:i/>
                <w:iCs/>
                <w:sz w:val="18"/>
                <w:szCs w:val="18"/>
              </w:rPr>
              <w:t xml:space="preserve">                          </w:t>
            </w:r>
            <w:proofErr w:type="spellStart"/>
            <w:r w:rsidRPr="00942C5D">
              <w:rPr>
                <w:i/>
                <w:iCs/>
                <w:sz w:val="18"/>
                <w:szCs w:val="18"/>
              </w:rPr>
              <w:t>başlangıç</w:t>
            </w:r>
            <w:proofErr w:type="spellEnd"/>
            <w:r w:rsidRPr="00942C5D">
              <w:rPr>
                <w:i/>
                <w:iCs/>
                <w:sz w:val="18"/>
                <w:szCs w:val="18"/>
              </w:rPr>
              <w:t>–</w:t>
            </w:r>
            <w:proofErr w:type="spellStart"/>
            <w:r w:rsidRPr="00942C5D">
              <w:rPr>
                <w:i/>
                <w:iCs/>
                <w:sz w:val="18"/>
                <w:szCs w:val="18"/>
              </w:rPr>
              <w:t>bitiş</w:t>
            </w:r>
            <w:proofErr w:type="spellEnd"/>
            <w:r w:rsidRPr="00942C5D">
              <w:rPr>
                <w:i/>
                <w:iCs/>
                <w:sz w:val="18"/>
                <w:szCs w:val="18"/>
              </w:rPr>
              <w:t xml:space="preserve"> tarihleri</w:t>
            </w:r>
            <w:r w:rsidRPr="00942C5D">
              <w:rPr>
                <w:sz w:val="18"/>
                <w:szCs w:val="18"/>
              </w:rPr>
              <w:t>:</w:t>
            </w:r>
          </w:p>
          <w:p w14:paraId="6166D8C1" w14:textId="77777777" w:rsidR="00CE29B7" w:rsidRPr="00DC5270" w:rsidRDefault="00CE29B7" w:rsidP="008200CE">
            <w:pPr>
              <w:pBdr>
                <w:top w:val="single" w:sz="2" w:space="1" w:color="auto"/>
                <w:bottom w:val="single" w:sz="4" w:space="1" w:color="auto"/>
              </w:pBdr>
              <w:spacing w:after="0"/>
              <w:rPr>
                <w:b/>
                <w:bCs/>
                <w:sz w:val="18"/>
                <w:szCs w:val="18"/>
              </w:rPr>
            </w:pPr>
            <w:r w:rsidRPr="00DC5270">
              <w:rPr>
                <w:b/>
                <w:bCs/>
                <w:sz w:val="18"/>
                <w:szCs w:val="18"/>
              </w:rPr>
              <w:t xml:space="preserve">3-Veri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analizi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:     </w:t>
            </w:r>
            <w:r w:rsidR="005410BE">
              <w:rPr>
                <w:b/>
                <w:bCs/>
                <w:sz w:val="18"/>
                <w:szCs w:val="18"/>
              </w:rPr>
              <w:t xml:space="preserve">                                           </w:t>
            </w:r>
            <w:proofErr w:type="spellStart"/>
            <w:r w:rsidRPr="00DC5270">
              <w:rPr>
                <w:sz w:val="18"/>
                <w:szCs w:val="18"/>
              </w:rPr>
              <w:t>Başlamadı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  <w:r w:rsidRPr="00DC52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  </w:t>
            </w:r>
            <w:r w:rsidR="005410BE">
              <w:rPr>
                <w:sz w:val="18"/>
                <w:szCs w:val="18"/>
              </w:rPr>
              <w:t xml:space="preserve">       </w:t>
            </w:r>
            <w:r w:rsidR="004D1F36">
              <w:rPr>
                <w:sz w:val="18"/>
                <w:szCs w:val="18"/>
              </w:rPr>
              <w:t xml:space="preserve">          </w:t>
            </w:r>
            <w:r w:rsidR="005410BE">
              <w:rPr>
                <w:sz w:val="18"/>
                <w:szCs w:val="18"/>
              </w:rPr>
              <w:t xml:space="preserve">  </w:t>
            </w:r>
            <w:proofErr w:type="spellStart"/>
            <w:r w:rsidRPr="00DC5270">
              <w:rPr>
                <w:sz w:val="18"/>
                <w:szCs w:val="18"/>
              </w:rPr>
              <w:t>Yarım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kaldı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  <w:r w:rsidRPr="00DC52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</w:t>
            </w:r>
            <w:r w:rsidR="005410B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</w:t>
            </w:r>
            <w:r w:rsidR="004D1F36">
              <w:rPr>
                <w:sz w:val="18"/>
                <w:szCs w:val="18"/>
              </w:rPr>
              <w:t xml:space="preserve">              </w:t>
            </w:r>
            <w:proofErr w:type="spellStart"/>
            <w:r w:rsidRPr="00DC5270">
              <w:rPr>
                <w:sz w:val="18"/>
                <w:szCs w:val="18"/>
              </w:rPr>
              <w:t>Tamamlandı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</w:p>
          <w:p w14:paraId="41964D9D" w14:textId="77777777" w:rsidR="00CE29B7" w:rsidRPr="00DC5270" w:rsidRDefault="00CE29B7" w:rsidP="008200CE">
            <w:pPr>
              <w:pBdr>
                <w:top w:val="single" w:sz="2" w:space="1" w:color="auto"/>
                <w:bottom w:val="single" w:sz="4" w:space="1" w:color="auto"/>
              </w:pBd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5410BE">
              <w:rPr>
                <w:sz w:val="18"/>
                <w:szCs w:val="18"/>
              </w:rPr>
              <w:t xml:space="preserve">   </w:t>
            </w:r>
          </w:p>
          <w:p w14:paraId="3E2C5049" w14:textId="77777777" w:rsidR="00CE29B7" w:rsidRPr="00DC5270" w:rsidRDefault="00CE29B7" w:rsidP="00957FF6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70">
              <w:rPr>
                <w:b/>
                <w:bCs/>
                <w:sz w:val="18"/>
                <w:szCs w:val="18"/>
              </w:rPr>
              <w:t xml:space="preserve">4-Yazım </w:t>
            </w:r>
            <w:proofErr w:type="spellStart"/>
            <w:r w:rsidRPr="00DC5270">
              <w:rPr>
                <w:b/>
                <w:bCs/>
                <w:sz w:val="18"/>
                <w:szCs w:val="18"/>
              </w:rPr>
              <w:t>aşaması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:  </w:t>
            </w:r>
            <w:r w:rsidR="005410BE">
              <w:rPr>
                <w:b/>
                <w:bCs/>
                <w:sz w:val="18"/>
                <w:szCs w:val="18"/>
              </w:rPr>
              <w:t xml:space="preserve">                                        </w:t>
            </w:r>
            <w:proofErr w:type="spellStart"/>
            <w:r w:rsidRPr="00DC5270">
              <w:rPr>
                <w:sz w:val="18"/>
                <w:szCs w:val="18"/>
              </w:rPr>
              <w:t>Başlamadı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  <w:r w:rsidRPr="00DC52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  </w:t>
            </w:r>
            <w:r w:rsidR="004D1F36">
              <w:rPr>
                <w:sz w:val="18"/>
                <w:szCs w:val="18"/>
              </w:rPr>
              <w:t xml:space="preserve">                   </w:t>
            </w:r>
            <w:proofErr w:type="spellStart"/>
            <w:r w:rsidRPr="00DC5270">
              <w:rPr>
                <w:sz w:val="18"/>
                <w:szCs w:val="18"/>
              </w:rPr>
              <w:t>Yarım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kaldı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  <w:r w:rsidRPr="00DC52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            </w:t>
            </w:r>
            <w:r w:rsidR="004D1F36">
              <w:rPr>
                <w:sz w:val="18"/>
                <w:szCs w:val="18"/>
              </w:rPr>
              <w:t xml:space="preserve">               </w:t>
            </w:r>
            <w:proofErr w:type="spellStart"/>
            <w:r w:rsidRPr="00DC5270">
              <w:rPr>
                <w:sz w:val="18"/>
                <w:szCs w:val="18"/>
              </w:rPr>
              <w:t>Tamamlandı</w:t>
            </w:r>
            <w:proofErr w:type="spellEnd"/>
            <w:r w:rsidRPr="00DC5270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</w:p>
          <w:p w14:paraId="4510C89A" w14:textId="77777777" w:rsidR="00CE29B7" w:rsidRDefault="00CE29B7" w:rsidP="008200CE">
            <w:pPr>
              <w:pBdr>
                <w:bottom w:val="single" w:sz="2" w:space="1" w:color="auto"/>
              </w:pBd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2FEC8BBF" w14:textId="77777777" w:rsidR="00CE29B7" w:rsidRDefault="00CE29B7" w:rsidP="00CE29B7">
            <w:pPr>
              <w:spacing w:after="0"/>
              <w:rPr>
                <w:b/>
                <w:sz w:val="18"/>
                <w:szCs w:val="18"/>
              </w:rPr>
            </w:pPr>
            <w:r w:rsidRPr="00957FF6">
              <w:rPr>
                <w:b/>
                <w:sz w:val="18"/>
                <w:szCs w:val="18"/>
              </w:rPr>
              <w:t>5-</w:t>
            </w:r>
            <w:r w:rsidR="004D1F36">
              <w:rPr>
                <w:b/>
                <w:sz w:val="18"/>
                <w:szCs w:val="18"/>
              </w:rPr>
              <w:t xml:space="preserve">Tez </w:t>
            </w:r>
            <w:proofErr w:type="spellStart"/>
            <w:r w:rsidR="004D1F36">
              <w:rPr>
                <w:b/>
                <w:sz w:val="18"/>
                <w:szCs w:val="18"/>
              </w:rPr>
              <w:t>çalışmasından</w:t>
            </w:r>
            <w:proofErr w:type="spellEnd"/>
            <w:r w:rsidR="004D1F36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4D1F36">
              <w:rPr>
                <w:b/>
                <w:sz w:val="18"/>
                <w:szCs w:val="18"/>
              </w:rPr>
              <w:t>y</w:t>
            </w:r>
            <w:r>
              <w:rPr>
                <w:b/>
                <w:sz w:val="18"/>
                <w:szCs w:val="18"/>
              </w:rPr>
              <w:t>ayın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 w:rsidR="004D1F36">
              <w:rPr>
                <w:b/>
                <w:sz w:val="18"/>
                <w:szCs w:val="18"/>
              </w:rPr>
              <w:t xml:space="preserve">                              </w:t>
            </w:r>
            <w:r w:rsidR="004D1F36" w:rsidRPr="004D1F36">
              <w:rPr>
                <w:sz w:val="18"/>
                <w:szCs w:val="18"/>
              </w:rPr>
              <w:t>Yok</w:t>
            </w:r>
            <w:r w:rsidR="004D1F36">
              <w:rPr>
                <w:b/>
                <w:sz w:val="18"/>
                <w:szCs w:val="18"/>
              </w:rPr>
              <w:t xml:space="preserve"> </w:t>
            </w:r>
            <w:r w:rsidR="004D1F36" w:rsidRPr="00CE29B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4D1F36">
              <w:rPr>
                <w:sz w:val="18"/>
                <w:szCs w:val="18"/>
              </w:rPr>
              <w:t xml:space="preserve">                                            </w:t>
            </w:r>
            <w:proofErr w:type="spellStart"/>
            <w:r w:rsidRPr="00CE29B7">
              <w:rPr>
                <w:sz w:val="18"/>
                <w:szCs w:val="18"/>
              </w:rPr>
              <w:t>Makale</w:t>
            </w:r>
            <w:proofErr w:type="spellEnd"/>
            <w:r w:rsidRPr="00CE29B7">
              <w:rPr>
                <w:rFonts w:ascii="Segoe UI Symbol" w:hAnsi="Segoe UI Symbol" w:cs="Segoe UI Symbol"/>
                <w:sz w:val="18"/>
                <w:szCs w:val="18"/>
              </w:rPr>
              <w:t xml:space="preserve"> ☐</w:t>
            </w:r>
            <w:r w:rsidRPr="00CE29B7">
              <w:rPr>
                <w:sz w:val="18"/>
                <w:szCs w:val="18"/>
              </w:rPr>
              <w:t xml:space="preserve">                </w:t>
            </w:r>
            <w:r w:rsidR="004D1F36">
              <w:rPr>
                <w:sz w:val="18"/>
                <w:szCs w:val="18"/>
              </w:rPr>
              <w:t xml:space="preserve">                      </w:t>
            </w:r>
            <w:r w:rsidRPr="00CE29B7">
              <w:rPr>
                <w:sz w:val="18"/>
                <w:szCs w:val="18"/>
              </w:rPr>
              <w:t xml:space="preserve"> </w:t>
            </w:r>
            <w:proofErr w:type="spellStart"/>
            <w:r w:rsidRPr="00CE29B7">
              <w:rPr>
                <w:sz w:val="18"/>
                <w:szCs w:val="18"/>
              </w:rPr>
              <w:t>Bildiri</w:t>
            </w:r>
            <w:proofErr w:type="spellEnd"/>
            <w:r w:rsidRPr="00CE29B7">
              <w:rPr>
                <w:sz w:val="18"/>
                <w:szCs w:val="18"/>
              </w:rPr>
              <w:t xml:space="preserve"> </w:t>
            </w:r>
            <w:r w:rsidRPr="00CE29B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20B9E306" w14:textId="77777777" w:rsidR="00CE29B7" w:rsidRPr="00DC5270" w:rsidRDefault="00CE29B7" w:rsidP="00CE29B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</w:tc>
      </w:tr>
      <w:tr w:rsidR="00CE29B7" w:rsidRPr="00DC5270" w14:paraId="597A26CB" w14:textId="77777777" w:rsidTr="004D50E6">
        <w:tc>
          <w:tcPr>
            <w:tcW w:w="10740" w:type="dxa"/>
            <w:vAlign w:val="center"/>
          </w:tcPr>
          <w:p w14:paraId="418A355B" w14:textId="77777777" w:rsidR="00CE29B7" w:rsidRPr="00B5480A" w:rsidRDefault="00CE29B7" w:rsidP="00CE29B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6-</w:t>
            </w:r>
            <w:r w:rsidRPr="00B5480A">
              <w:rPr>
                <w:b/>
                <w:sz w:val="18"/>
                <w:szCs w:val="18"/>
              </w:rPr>
              <w:t xml:space="preserve">Önceki </w:t>
            </w:r>
            <w:proofErr w:type="spellStart"/>
            <w:r w:rsidRPr="00B5480A">
              <w:rPr>
                <w:b/>
                <w:sz w:val="18"/>
                <w:szCs w:val="18"/>
              </w:rPr>
              <w:t>onaylı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5480A">
              <w:rPr>
                <w:b/>
                <w:sz w:val="18"/>
                <w:szCs w:val="18"/>
              </w:rPr>
              <w:t>tez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5480A">
              <w:rPr>
                <w:b/>
                <w:sz w:val="18"/>
                <w:szCs w:val="18"/>
              </w:rPr>
              <w:t>önerisinde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5480A">
              <w:rPr>
                <w:b/>
                <w:sz w:val="18"/>
                <w:szCs w:val="18"/>
              </w:rPr>
              <w:t>yapılan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5480A">
              <w:rPr>
                <w:b/>
                <w:sz w:val="18"/>
                <w:szCs w:val="18"/>
              </w:rPr>
              <w:t>değişiklik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var </w:t>
            </w:r>
            <w:proofErr w:type="spellStart"/>
            <w:r w:rsidRPr="00B5480A">
              <w:rPr>
                <w:b/>
                <w:sz w:val="18"/>
                <w:szCs w:val="18"/>
              </w:rPr>
              <w:t>mı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? </w:t>
            </w:r>
            <w:proofErr w:type="spellStart"/>
            <w:r w:rsidRPr="00B5480A">
              <w:rPr>
                <w:b/>
                <w:sz w:val="18"/>
                <w:szCs w:val="18"/>
              </w:rPr>
              <w:t>Varsa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hangi </w:t>
            </w:r>
            <w:proofErr w:type="spellStart"/>
            <w:r w:rsidRPr="00B5480A">
              <w:rPr>
                <w:b/>
                <w:sz w:val="18"/>
                <w:szCs w:val="18"/>
              </w:rPr>
              <w:t>bölümlerin</w:t>
            </w:r>
            <w:proofErr w:type="spellEnd"/>
            <w:r w:rsidRPr="00B5480A">
              <w:rPr>
                <w:b/>
                <w:sz w:val="18"/>
                <w:szCs w:val="18"/>
              </w:rPr>
              <w:t xml:space="preserve"> değiştiğini </w:t>
            </w:r>
            <w:proofErr w:type="spellStart"/>
            <w:r w:rsidRPr="00B5480A">
              <w:rPr>
                <w:b/>
                <w:sz w:val="18"/>
                <w:szCs w:val="18"/>
              </w:rPr>
              <w:t>işaretleyiniz</w:t>
            </w:r>
            <w:proofErr w:type="spellEnd"/>
            <w:r w:rsidRPr="00B5480A">
              <w:rPr>
                <w:b/>
                <w:sz w:val="18"/>
                <w:szCs w:val="18"/>
              </w:rPr>
              <w:t>.</w:t>
            </w:r>
          </w:p>
          <w:p w14:paraId="6E2DBB59" w14:textId="77777777" w:rsidR="00CE29B7" w:rsidRPr="00DC5270" w:rsidRDefault="00CE29B7" w:rsidP="00CE29B7">
            <w:pPr>
              <w:rPr>
                <w:sz w:val="18"/>
                <w:szCs w:val="18"/>
              </w:rPr>
            </w:pPr>
            <w:proofErr w:type="spellStart"/>
            <w:r w:rsidRPr="00DC5270">
              <w:rPr>
                <w:sz w:val="18"/>
                <w:szCs w:val="18"/>
              </w:rPr>
              <w:t>Amaç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="004D1F36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4D1F36" w:rsidRPr="00DC5270">
              <w:rPr>
                <w:sz w:val="18"/>
                <w:szCs w:val="18"/>
              </w:rPr>
              <w:t xml:space="preserve">  </w:t>
            </w:r>
            <w:r w:rsidRPr="00DC5270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  </w:t>
            </w:r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Hipotez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Araştırma</w:t>
            </w:r>
            <w:proofErr w:type="spellEnd"/>
            <w:r>
              <w:rPr>
                <w:sz w:val="18"/>
                <w:szCs w:val="18"/>
              </w:rPr>
              <w:t xml:space="preserve"> soruları  </w:t>
            </w:r>
            <w:r w:rsidR="004D1F36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  </w:t>
            </w:r>
            <w:r w:rsidRPr="00DC5270">
              <w:rPr>
                <w:sz w:val="18"/>
                <w:szCs w:val="18"/>
              </w:rPr>
              <w:t xml:space="preserve">            </w:t>
            </w:r>
            <w:proofErr w:type="spellStart"/>
            <w:r w:rsidRPr="00DC5270">
              <w:rPr>
                <w:sz w:val="18"/>
                <w:szCs w:val="18"/>
              </w:rPr>
              <w:t>Örneklem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="004D1F36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       </w:t>
            </w:r>
            <w:r w:rsidRPr="00DC5270">
              <w:rPr>
                <w:sz w:val="18"/>
                <w:szCs w:val="18"/>
              </w:rPr>
              <w:t xml:space="preserve">Veri </w:t>
            </w:r>
            <w:proofErr w:type="spellStart"/>
            <w:r w:rsidRPr="00DC5270">
              <w:rPr>
                <w:sz w:val="18"/>
                <w:szCs w:val="18"/>
              </w:rPr>
              <w:t>toplama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proofErr w:type="spellStart"/>
            <w:r w:rsidRPr="00DC5270">
              <w:rPr>
                <w:sz w:val="18"/>
                <w:szCs w:val="18"/>
              </w:rPr>
              <w:t>araçları</w:t>
            </w:r>
            <w:proofErr w:type="spellEnd"/>
            <w:r w:rsidRPr="00DC5270">
              <w:rPr>
                <w:sz w:val="18"/>
                <w:szCs w:val="18"/>
              </w:rPr>
              <w:t xml:space="preserve"> </w:t>
            </w:r>
            <w:r w:rsidR="004D1F36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4D1F36" w:rsidRPr="00DC5270">
              <w:rPr>
                <w:sz w:val="18"/>
                <w:szCs w:val="18"/>
              </w:rPr>
              <w:t xml:space="preserve"> </w:t>
            </w:r>
            <w:r w:rsidRPr="00DC5270">
              <w:rPr>
                <w:sz w:val="18"/>
                <w:szCs w:val="18"/>
              </w:rPr>
              <w:t xml:space="preserve">      Analiz </w:t>
            </w:r>
            <w:proofErr w:type="spellStart"/>
            <w:r>
              <w:rPr>
                <w:sz w:val="18"/>
                <w:szCs w:val="18"/>
              </w:rPr>
              <w:t>planı</w:t>
            </w:r>
            <w:proofErr w:type="spellEnd"/>
            <w:r w:rsidR="004D1F36">
              <w:rPr>
                <w:sz w:val="18"/>
                <w:szCs w:val="18"/>
              </w:rPr>
              <w:t xml:space="preserve"> </w:t>
            </w:r>
            <w:r w:rsidR="004D1F36" w:rsidRPr="00DC527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6B79369F" w14:textId="77777777" w:rsidR="004D1F36" w:rsidRDefault="004D1F36" w:rsidP="00FB7E38">
            <w:pPr>
              <w:rPr>
                <w:sz w:val="18"/>
                <w:szCs w:val="18"/>
              </w:rPr>
            </w:pPr>
          </w:p>
          <w:p w14:paraId="2431642E" w14:textId="77777777" w:rsidR="00CE29B7" w:rsidRDefault="00CE29B7" w:rsidP="00FB7E38">
            <w:pPr>
              <w:rPr>
                <w:sz w:val="18"/>
                <w:szCs w:val="18"/>
              </w:rPr>
            </w:pPr>
            <w:proofErr w:type="gramStart"/>
            <w:r w:rsidRPr="00DC5270">
              <w:rPr>
                <w:sz w:val="18"/>
                <w:szCs w:val="18"/>
              </w:rPr>
              <w:t>Diğer:...........................................................................................</w:t>
            </w:r>
            <w:proofErr w:type="gramEnd"/>
          </w:p>
          <w:p w14:paraId="15DCFA47" w14:textId="77777777" w:rsidR="00CE29B7" w:rsidRPr="00DC5270" w:rsidRDefault="00CE29B7" w:rsidP="00FB7E38">
            <w:pPr>
              <w:rPr>
                <w:sz w:val="18"/>
                <w:szCs w:val="18"/>
              </w:rPr>
            </w:pPr>
          </w:p>
        </w:tc>
      </w:tr>
    </w:tbl>
    <w:p w14:paraId="3E2F3202" w14:textId="77777777" w:rsidR="0004029B" w:rsidRPr="00DC5270" w:rsidRDefault="0004029B" w:rsidP="00F94940">
      <w:pPr>
        <w:pStyle w:val="Balk2"/>
        <w:spacing w:before="0"/>
        <w:rPr>
          <w:sz w:val="18"/>
          <w:szCs w:val="18"/>
        </w:rPr>
      </w:pPr>
    </w:p>
    <w:p w14:paraId="339E3EA9" w14:textId="77777777" w:rsidR="00D677FA" w:rsidRPr="00DC5270" w:rsidRDefault="00E03063" w:rsidP="00F94940">
      <w:pPr>
        <w:pStyle w:val="Balk2"/>
        <w:spacing w:before="0"/>
        <w:rPr>
          <w:sz w:val="18"/>
          <w:szCs w:val="18"/>
        </w:rPr>
      </w:pPr>
      <w:r w:rsidRPr="00DC5270">
        <w:rPr>
          <w:sz w:val="18"/>
          <w:szCs w:val="18"/>
        </w:rPr>
        <w:t>C</w:t>
      </w:r>
      <w:r w:rsidR="00F94940" w:rsidRPr="00DC5270">
        <w:rPr>
          <w:sz w:val="18"/>
          <w:szCs w:val="18"/>
        </w:rPr>
        <w:t>. Danışman değerlendirmesi</w:t>
      </w:r>
    </w:p>
    <w:p w14:paraId="58D69B41" w14:textId="77777777" w:rsidR="00D677FA" w:rsidRPr="00DC5270" w:rsidRDefault="008200CE">
      <w:pPr>
        <w:rPr>
          <w:sz w:val="18"/>
          <w:szCs w:val="18"/>
        </w:rPr>
      </w:pPr>
      <w:r w:rsidRPr="00DC5270">
        <w:rPr>
          <w:rFonts w:ascii="Segoe UI Symbol" w:hAnsi="Segoe UI Symbol" w:cs="Segoe UI Symbol"/>
          <w:sz w:val="18"/>
          <w:szCs w:val="18"/>
        </w:rPr>
        <w:t>☐</w:t>
      </w:r>
      <w:r w:rsidR="00C864BF">
        <w:rPr>
          <w:sz w:val="18"/>
          <w:szCs w:val="18"/>
        </w:rPr>
        <w:t xml:space="preserve"> Tez </w:t>
      </w:r>
      <w:proofErr w:type="spellStart"/>
      <w:r w:rsidR="00C864BF">
        <w:rPr>
          <w:sz w:val="18"/>
          <w:szCs w:val="18"/>
        </w:rPr>
        <w:t>ç</w:t>
      </w:r>
      <w:r w:rsidR="00F94940" w:rsidRPr="00DC5270">
        <w:rPr>
          <w:sz w:val="18"/>
          <w:szCs w:val="18"/>
        </w:rPr>
        <w:t>alışma</w:t>
      </w:r>
      <w:r w:rsidR="00C864BF">
        <w:rPr>
          <w:sz w:val="18"/>
          <w:szCs w:val="18"/>
        </w:rPr>
        <w:t>sı</w:t>
      </w:r>
      <w:proofErr w:type="spellEnd"/>
      <w:r w:rsidR="00F94940" w:rsidRPr="00DC5270">
        <w:rPr>
          <w:sz w:val="18"/>
          <w:szCs w:val="18"/>
        </w:rPr>
        <w:t xml:space="preserve">, </w:t>
      </w:r>
      <w:proofErr w:type="spellStart"/>
      <w:r w:rsidR="00F94940" w:rsidRPr="00DC5270">
        <w:rPr>
          <w:sz w:val="18"/>
          <w:szCs w:val="18"/>
        </w:rPr>
        <w:t>önceki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onaylı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tez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önerisiyle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uyumlu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biçimde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sürdürülebilir</w:t>
      </w:r>
      <w:proofErr w:type="spellEnd"/>
      <w:r w:rsidR="00F94940" w:rsidRPr="00DC5270">
        <w:rPr>
          <w:sz w:val="18"/>
          <w:szCs w:val="18"/>
        </w:rPr>
        <w:t>.</w:t>
      </w:r>
    </w:p>
    <w:p w14:paraId="3C0EFFDB" w14:textId="77777777" w:rsidR="00D677FA" w:rsidRPr="00DC5270" w:rsidRDefault="008200CE">
      <w:pPr>
        <w:rPr>
          <w:sz w:val="18"/>
          <w:szCs w:val="18"/>
        </w:rPr>
      </w:pPr>
      <w:r w:rsidRPr="00DC5270">
        <w:rPr>
          <w:rFonts w:ascii="Segoe UI Symbol" w:hAnsi="Segoe UI Symbol" w:cs="Segoe UI Symbol"/>
          <w:sz w:val="18"/>
          <w:szCs w:val="18"/>
        </w:rPr>
        <w:t>☐</w:t>
      </w:r>
      <w:r w:rsidR="00F94940" w:rsidRPr="00DC5270">
        <w:rPr>
          <w:sz w:val="18"/>
          <w:szCs w:val="18"/>
        </w:rPr>
        <w:t xml:space="preserve"> </w:t>
      </w:r>
      <w:r w:rsidR="00C864BF">
        <w:rPr>
          <w:sz w:val="18"/>
          <w:szCs w:val="18"/>
        </w:rPr>
        <w:t xml:space="preserve">Tez </w:t>
      </w:r>
      <w:proofErr w:type="spellStart"/>
      <w:r w:rsidR="00C864BF">
        <w:rPr>
          <w:sz w:val="18"/>
          <w:szCs w:val="18"/>
        </w:rPr>
        <w:t>ç</w:t>
      </w:r>
      <w:r w:rsidR="00F94940" w:rsidRPr="00DC5270">
        <w:rPr>
          <w:sz w:val="18"/>
          <w:szCs w:val="18"/>
        </w:rPr>
        <w:t>alışma</w:t>
      </w:r>
      <w:r w:rsidR="00C864BF">
        <w:rPr>
          <w:sz w:val="18"/>
          <w:szCs w:val="18"/>
        </w:rPr>
        <w:t>sı</w:t>
      </w:r>
      <w:proofErr w:type="spellEnd"/>
      <w:r w:rsidR="00F94940" w:rsidRPr="00DC5270">
        <w:rPr>
          <w:sz w:val="18"/>
          <w:szCs w:val="18"/>
        </w:rPr>
        <w:t xml:space="preserve">, </w:t>
      </w:r>
      <w:proofErr w:type="spellStart"/>
      <w:r w:rsidR="00F94940" w:rsidRPr="00DC5270">
        <w:rPr>
          <w:sz w:val="18"/>
          <w:szCs w:val="18"/>
        </w:rPr>
        <w:t>belirtilen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değişiklik</w:t>
      </w:r>
      <w:proofErr w:type="spellEnd"/>
      <w:r w:rsidR="00F94940" w:rsidRPr="00DC5270">
        <w:rPr>
          <w:sz w:val="18"/>
          <w:szCs w:val="18"/>
        </w:rPr>
        <w:t xml:space="preserve"> / </w:t>
      </w:r>
      <w:proofErr w:type="spellStart"/>
      <w:r w:rsidR="00F94940" w:rsidRPr="00DC5270">
        <w:rPr>
          <w:sz w:val="18"/>
          <w:szCs w:val="18"/>
        </w:rPr>
        <w:t>izin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işlemleri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tamamlandıktan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sonra</w:t>
      </w:r>
      <w:proofErr w:type="spellEnd"/>
      <w:r w:rsidR="00F94940" w:rsidRPr="00DC5270">
        <w:rPr>
          <w:sz w:val="18"/>
          <w:szCs w:val="18"/>
        </w:rPr>
        <w:t xml:space="preserve"> </w:t>
      </w:r>
      <w:proofErr w:type="spellStart"/>
      <w:r w:rsidR="00F94940" w:rsidRPr="00DC5270">
        <w:rPr>
          <w:sz w:val="18"/>
          <w:szCs w:val="18"/>
        </w:rPr>
        <w:t>sürdürülebilir</w:t>
      </w:r>
      <w:proofErr w:type="spellEnd"/>
      <w:r w:rsidR="00F94940" w:rsidRPr="00DC5270">
        <w:rPr>
          <w:sz w:val="18"/>
          <w:szCs w:val="18"/>
        </w:rPr>
        <w:t>.</w:t>
      </w:r>
    </w:p>
    <w:p w14:paraId="267A35F9" w14:textId="77777777" w:rsidR="0004029B" w:rsidRPr="00DC5270" w:rsidRDefault="0004029B" w:rsidP="00DC5270">
      <w:pPr>
        <w:jc w:val="right"/>
        <w:rPr>
          <w:sz w:val="18"/>
          <w:szCs w:val="18"/>
        </w:rPr>
      </w:pPr>
    </w:p>
    <w:p w14:paraId="39755AE3" w14:textId="77777777" w:rsidR="0004029B" w:rsidRPr="00DC5270" w:rsidRDefault="00F94940" w:rsidP="00DC5270">
      <w:pPr>
        <w:jc w:val="right"/>
        <w:rPr>
          <w:sz w:val="18"/>
          <w:szCs w:val="18"/>
        </w:rPr>
      </w:pPr>
      <w:proofErr w:type="spellStart"/>
      <w:r w:rsidRPr="00DC5270">
        <w:rPr>
          <w:b/>
          <w:bCs/>
          <w:sz w:val="18"/>
          <w:szCs w:val="18"/>
        </w:rPr>
        <w:t>Danışmanın</w:t>
      </w:r>
      <w:proofErr w:type="spellEnd"/>
      <w:r w:rsidRPr="00DC5270">
        <w:rPr>
          <w:b/>
          <w:bCs/>
          <w:sz w:val="18"/>
          <w:szCs w:val="18"/>
        </w:rPr>
        <w:t xml:space="preserve"> adı soyadı</w:t>
      </w:r>
      <w:r w:rsidRPr="00DC5270">
        <w:rPr>
          <w:sz w:val="18"/>
          <w:szCs w:val="18"/>
        </w:rPr>
        <w:t xml:space="preserve">: ......................................    </w:t>
      </w:r>
    </w:p>
    <w:p w14:paraId="662C909A" w14:textId="77777777" w:rsidR="0004029B" w:rsidRPr="00DC5270" w:rsidRDefault="00F94940" w:rsidP="00DC5270">
      <w:pPr>
        <w:jc w:val="right"/>
        <w:rPr>
          <w:sz w:val="18"/>
          <w:szCs w:val="18"/>
        </w:rPr>
      </w:pPr>
      <w:r w:rsidRPr="00DC5270">
        <w:rPr>
          <w:b/>
          <w:bCs/>
          <w:sz w:val="18"/>
          <w:szCs w:val="18"/>
        </w:rPr>
        <w:t>Tarih:</w:t>
      </w:r>
      <w:r w:rsidRPr="00DC5270">
        <w:rPr>
          <w:sz w:val="18"/>
          <w:szCs w:val="18"/>
        </w:rPr>
        <w:t xml:space="preserve"> </w:t>
      </w:r>
      <w:proofErr w:type="gramStart"/>
      <w:r w:rsidR="0004029B" w:rsidRPr="00DC5270">
        <w:rPr>
          <w:sz w:val="18"/>
          <w:szCs w:val="18"/>
        </w:rPr>
        <w:t>…./</w:t>
      </w:r>
      <w:proofErr w:type="gramEnd"/>
      <w:r w:rsidR="0004029B" w:rsidRPr="00DC5270">
        <w:rPr>
          <w:sz w:val="18"/>
          <w:szCs w:val="18"/>
        </w:rPr>
        <w:t>…./20…</w:t>
      </w:r>
      <w:r w:rsidR="00F64E70">
        <w:rPr>
          <w:sz w:val="18"/>
          <w:szCs w:val="18"/>
        </w:rPr>
        <w:t>……..</w:t>
      </w:r>
      <w:r w:rsidRPr="00DC5270">
        <w:rPr>
          <w:sz w:val="18"/>
          <w:szCs w:val="18"/>
        </w:rPr>
        <w:t xml:space="preserve"> </w:t>
      </w:r>
    </w:p>
    <w:p w14:paraId="56B4517D" w14:textId="77777777" w:rsidR="00D677FA" w:rsidRPr="0004029B" w:rsidRDefault="00F94940" w:rsidP="00DC5270">
      <w:pPr>
        <w:jc w:val="right"/>
        <w:rPr>
          <w:szCs w:val="20"/>
        </w:rPr>
      </w:pPr>
      <w:r w:rsidRPr="00DC5270">
        <w:rPr>
          <w:b/>
          <w:bCs/>
          <w:sz w:val="18"/>
          <w:szCs w:val="18"/>
        </w:rPr>
        <w:t xml:space="preserve"> İmza:</w:t>
      </w:r>
      <w:r w:rsidRPr="00DC5270">
        <w:rPr>
          <w:sz w:val="18"/>
          <w:szCs w:val="18"/>
        </w:rPr>
        <w:t xml:space="preserve"> ...........</w:t>
      </w:r>
      <w:r w:rsidRPr="0004029B">
        <w:rPr>
          <w:szCs w:val="20"/>
        </w:rPr>
        <w:t>.............</w:t>
      </w:r>
    </w:p>
    <w:sectPr w:rsidR="00D677FA" w:rsidRPr="0004029B" w:rsidSect="00F9494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1A1B" w14:textId="77777777" w:rsidR="008B50EB" w:rsidRDefault="008B50EB" w:rsidP="00DC5270">
      <w:pPr>
        <w:spacing w:after="0" w:line="240" w:lineRule="auto"/>
      </w:pPr>
      <w:r>
        <w:separator/>
      </w:r>
    </w:p>
  </w:endnote>
  <w:endnote w:type="continuationSeparator" w:id="0">
    <w:p w14:paraId="73DB5D87" w14:textId="77777777" w:rsidR="008B50EB" w:rsidRDefault="008B50EB" w:rsidP="00DC5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EDDE5" w14:textId="77777777" w:rsidR="00DC5270" w:rsidRPr="00B5480A" w:rsidRDefault="00DC5270" w:rsidP="00DC5270">
    <w:pPr>
      <w:pStyle w:val="Altyaz"/>
      <w:spacing w:after="0"/>
      <w:jc w:val="right"/>
      <w:rPr>
        <w:b/>
        <w:bCs/>
        <w:color w:val="auto"/>
        <w:sz w:val="12"/>
        <w:szCs w:val="12"/>
      </w:rPr>
    </w:pPr>
    <w:r w:rsidRPr="00B5480A">
      <w:rPr>
        <w:b/>
        <w:bCs/>
        <w:color w:val="auto"/>
        <w:sz w:val="12"/>
        <w:szCs w:val="12"/>
      </w:rPr>
      <w:t xml:space="preserve">7592 </w:t>
    </w:r>
    <w:proofErr w:type="spellStart"/>
    <w:r w:rsidRPr="00B5480A">
      <w:rPr>
        <w:b/>
        <w:bCs/>
        <w:color w:val="auto"/>
        <w:sz w:val="12"/>
        <w:szCs w:val="12"/>
      </w:rPr>
      <w:t>sayılı</w:t>
    </w:r>
    <w:proofErr w:type="spellEnd"/>
    <w:r w:rsidRPr="00B5480A">
      <w:rPr>
        <w:b/>
        <w:bCs/>
        <w:color w:val="auto"/>
        <w:sz w:val="12"/>
        <w:szCs w:val="12"/>
      </w:rPr>
      <w:t xml:space="preserve"> Kanun </w:t>
    </w:r>
    <w:proofErr w:type="spellStart"/>
    <w:r w:rsidRPr="00B5480A">
      <w:rPr>
        <w:b/>
        <w:bCs/>
        <w:color w:val="auto"/>
        <w:sz w:val="12"/>
        <w:szCs w:val="12"/>
      </w:rPr>
      <w:t>kapsamında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yeniden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kayıt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yaptıran</w:t>
    </w:r>
    <w:proofErr w:type="spellEnd"/>
    <w:r w:rsidRPr="00B5480A">
      <w:rPr>
        <w:b/>
        <w:bCs/>
        <w:color w:val="auto"/>
        <w:sz w:val="12"/>
        <w:szCs w:val="12"/>
      </w:rPr>
      <w:t xml:space="preserve">, </w:t>
    </w:r>
    <w:proofErr w:type="spellStart"/>
    <w:r w:rsidRPr="00B5480A">
      <w:rPr>
        <w:b/>
        <w:bCs/>
        <w:color w:val="auto"/>
        <w:sz w:val="12"/>
        <w:szCs w:val="12"/>
      </w:rPr>
      <w:t>önceki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tez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konusuyla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devam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etmesi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uygun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görülen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öğrenciler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için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danışman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tarafından</w:t>
    </w:r>
    <w:proofErr w:type="spellEnd"/>
    <w:r w:rsidRPr="00B5480A">
      <w:rPr>
        <w:b/>
        <w:bCs/>
        <w:color w:val="auto"/>
        <w:sz w:val="12"/>
        <w:szCs w:val="12"/>
      </w:rPr>
      <w:t xml:space="preserve"> </w:t>
    </w:r>
    <w:proofErr w:type="spellStart"/>
    <w:r w:rsidRPr="00B5480A">
      <w:rPr>
        <w:b/>
        <w:bCs/>
        <w:color w:val="auto"/>
        <w:sz w:val="12"/>
        <w:szCs w:val="12"/>
      </w:rPr>
      <w:t>doldurulur</w:t>
    </w:r>
    <w:proofErr w:type="spellEnd"/>
    <w:r w:rsidRPr="00B5480A">
      <w:rPr>
        <w:b/>
        <w:bCs/>
        <w:color w:val="auto"/>
        <w:sz w:val="12"/>
        <w:szCs w:val="1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B572" w14:textId="77777777" w:rsidR="008B50EB" w:rsidRDefault="008B50EB" w:rsidP="00DC5270">
      <w:pPr>
        <w:spacing w:after="0" w:line="240" w:lineRule="auto"/>
      </w:pPr>
      <w:r>
        <w:separator/>
      </w:r>
    </w:p>
  </w:footnote>
  <w:footnote w:type="continuationSeparator" w:id="0">
    <w:p w14:paraId="57A4105B" w14:textId="77777777" w:rsidR="008B50EB" w:rsidRDefault="008B50EB" w:rsidP="00DC5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4726926">
    <w:abstractNumId w:val="8"/>
  </w:num>
  <w:num w:numId="2" w16cid:durableId="519053549">
    <w:abstractNumId w:val="6"/>
  </w:num>
  <w:num w:numId="3" w16cid:durableId="1608922818">
    <w:abstractNumId w:val="5"/>
  </w:num>
  <w:num w:numId="4" w16cid:durableId="2006516513">
    <w:abstractNumId w:val="4"/>
  </w:num>
  <w:num w:numId="5" w16cid:durableId="2125422562">
    <w:abstractNumId w:val="7"/>
  </w:num>
  <w:num w:numId="6" w16cid:durableId="566189868">
    <w:abstractNumId w:val="3"/>
  </w:num>
  <w:num w:numId="7" w16cid:durableId="775297096">
    <w:abstractNumId w:val="2"/>
  </w:num>
  <w:num w:numId="8" w16cid:durableId="373041125">
    <w:abstractNumId w:val="1"/>
  </w:num>
  <w:num w:numId="9" w16cid:durableId="131360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29B"/>
    <w:rsid w:val="0006063C"/>
    <w:rsid w:val="000A670D"/>
    <w:rsid w:val="000E519B"/>
    <w:rsid w:val="000E6C59"/>
    <w:rsid w:val="000F6825"/>
    <w:rsid w:val="000F6FB2"/>
    <w:rsid w:val="00147767"/>
    <w:rsid w:val="0015074B"/>
    <w:rsid w:val="001F2852"/>
    <w:rsid w:val="002157F0"/>
    <w:rsid w:val="002211D3"/>
    <w:rsid w:val="0028498F"/>
    <w:rsid w:val="0029085B"/>
    <w:rsid w:val="00294344"/>
    <w:rsid w:val="0029639D"/>
    <w:rsid w:val="002A3ED9"/>
    <w:rsid w:val="002A5E1B"/>
    <w:rsid w:val="002B5FE1"/>
    <w:rsid w:val="002C384E"/>
    <w:rsid w:val="002D39A2"/>
    <w:rsid w:val="00314F6F"/>
    <w:rsid w:val="0032566D"/>
    <w:rsid w:val="00326F90"/>
    <w:rsid w:val="00352F5D"/>
    <w:rsid w:val="003A4594"/>
    <w:rsid w:val="003E2E8F"/>
    <w:rsid w:val="004C0160"/>
    <w:rsid w:val="004D18F1"/>
    <w:rsid w:val="004D1F36"/>
    <w:rsid w:val="004D50E6"/>
    <w:rsid w:val="005351AA"/>
    <w:rsid w:val="005410BE"/>
    <w:rsid w:val="00596B5C"/>
    <w:rsid w:val="005C62B1"/>
    <w:rsid w:val="005C6782"/>
    <w:rsid w:val="005E3AE5"/>
    <w:rsid w:val="00641CE6"/>
    <w:rsid w:val="006A00A5"/>
    <w:rsid w:val="006B7B24"/>
    <w:rsid w:val="006F23D5"/>
    <w:rsid w:val="006F3A40"/>
    <w:rsid w:val="0072688C"/>
    <w:rsid w:val="007D2259"/>
    <w:rsid w:val="007E0A82"/>
    <w:rsid w:val="008200CE"/>
    <w:rsid w:val="00836ACE"/>
    <w:rsid w:val="00887B1D"/>
    <w:rsid w:val="008B50EB"/>
    <w:rsid w:val="008D3E2F"/>
    <w:rsid w:val="00942C5D"/>
    <w:rsid w:val="00957FF6"/>
    <w:rsid w:val="009849E6"/>
    <w:rsid w:val="00A0005F"/>
    <w:rsid w:val="00A040F5"/>
    <w:rsid w:val="00A0579E"/>
    <w:rsid w:val="00A1083B"/>
    <w:rsid w:val="00A22B73"/>
    <w:rsid w:val="00A31F55"/>
    <w:rsid w:val="00A74DD8"/>
    <w:rsid w:val="00AA1D8D"/>
    <w:rsid w:val="00AA5510"/>
    <w:rsid w:val="00B24B44"/>
    <w:rsid w:val="00B47730"/>
    <w:rsid w:val="00B5480A"/>
    <w:rsid w:val="00C26944"/>
    <w:rsid w:val="00C5363F"/>
    <w:rsid w:val="00C864BF"/>
    <w:rsid w:val="00CB0664"/>
    <w:rsid w:val="00CE29B7"/>
    <w:rsid w:val="00D10ACC"/>
    <w:rsid w:val="00D10BE1"/>
    <w:rsid w:val="00D459E9"/>
    <w:rsid w:val="00D57551"/>
    <w:rsid w:val="00D677FA"/>
    <w:rsid w:val="00D709E5"/>
    <w:rsid w:val="00D82BCD"/>
    <w:rsid w:val="00DC5270"/>
    <w:rsid w:val="00DC7161"/>
    <w:rsid w:val="00E03063"/>
    <w:rsid w:val="00E11DCA"/>
    <w:rsid w:val="00E12BB3"/>
    <w:rsid w:val="00E24360"/>
    <w:rsid w:val="00EA43B3"/>
    <w:rsid w:val="00EE0F0E"/>
    <w:rsid w:val="00F467B7"/>
    <w:rsid w:val="00F64E70"/>
    <w:rsid w:val="00F94940"/>
    <w:rsid w:val="00FB6269"/>
    <w:rsid w:val="00FB7E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4F8AA3"/>
  <w15:docId w15:val="{067798F6-7778-4A87-9079-4C891C15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zeltme">
    <w:name w:val="Revision"/>
    <w:hidden/>
    <w:uiPriority w:val="99"/>
    <w:semiHidden/>
    <w:rsid w:val="005E3AE5"/>
    <w:pPr>
      <w:spacing w:after="0" w:line="240" w:lineRule="auto"/>
    </w:pPr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BCE278-89D6-496A-BB7C-0A805136C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deniz</cp:lastModifiedBy>
  <cp:revision>3</cp:revision>
  <dcterms:created xsi:type="dcterms:W3CDTF">2026-10-21T08:45:00Z</dcterms:created>
  <dcterms:modified xsi:type="dcterms:W3CDTF">2026-10-21T11:13:00Z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bbfc40029a3bf65cdc78043d8a3739394e4d00b6c8112251dfc013c9bb30de14</vt:lpwstr>
  </property>
</Properties>
</file>